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נתינה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"נתינה"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🎁 נתינה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וּלְשַׂמֵּחַ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🎁 נתינה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🎁 🤲 😊  משפט השבוע: נָעִים לָתֵת וּלְשַׂמֵּחַ אֲחֵרִים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מַרְגִּישׁ  |  וּלְשַׂמֵּחַ  |  לִהְיוֹת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"נָעִים לָתֵת וּלְשַׂמֵּחַ אֲחֵרִים"?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🌈 תקווה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🎁 נתינה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לעזור בבית בלי שיבקשו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לקטוע מישהו באמצע המשפט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לשתף משהו שלי עם חבר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נָעִים לָתֵת ________ אֲחֵרִים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אפשר לתת שלא עולה כסף?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לעזור בבית בלי שיבקשו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נתינה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