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נתינה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"נתינה"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לתת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to give / давать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gift / подарок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to share / делиться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joy / радость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🎁 נתינה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נתינה זה לתת משהו לאחרים: זמן, עזרה או מתנה.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give · давать · መስጠት · يعطي · donner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מתנה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gift · подарок · ስጦታ · هدية · cadeau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לשתף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share · делиться · ማካፈል · يشارك · partager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joy · радость · ደስታ · فرح · joie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לתת  |  מתנה  |  לשתף  |  שמחה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to give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לשתף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מתנה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לתת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joy / радость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to share / делиться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לשתף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to give / давать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gift / подарок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נתינה זה ________ משהו לאחרים: זמן, עזרה או מתנה.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"לתת".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אפשר לתת שלא עולה כסף?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לעזור בבית בלי שיבקשו / לשתף משהו שלי עם חבר)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נתינה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