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"תקווה"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האמונה שאפשר לטוב לבוא, והכוח להמשיך לפעול לקראתו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היכולת להרגיש ולהבין מה עובר על אדם אחר, ולהגיב ברגישות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לעבוד יחד למען מטרה משותפת, כשכל אחד ואחת תורמים את החלק שלהם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לומר אמת ולנהוג בהגינות, גם כשאף אחד לא רואה אותנו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השמיני (אחרי 7 ימים הוא ב-7 מטרים, וביום השמיני מטפס ל-10)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🌈 תקווה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תקווה – האמונה שאפשר לטוב לבוא, והכוח להמשיך לפעול לקראתו.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ליה עברה תקופה קשה: ציונים ירדו, וחברה טובה עברה עיר. בערב אחד כתבה רשימה של "דברים שעוד מחכים לי": טיול השנתי, הכלב שהבטיחו לה, הספר החדש של הסדרה האהובה. הרשימה לא פתרה כלום, אבל משהו בה נרגע.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עוזר לכם בתקופה קשה?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נותנים תקווה לחבר בלי להגיד "יהיה בסדר" ריק?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ההבדל בין תקווה לבין אופטימיות?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"תקווה"?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לעודד חבר שעובר זמן 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לכתוב רשימת "דברים שמחכים לי"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להציב מטרה קטנה ולעשות צעד ראשון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תקווה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לעבוד יחד למען מטרה משותפת, כשכל אחד ואחת תורמים את החלק שלהם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💞 אמפתיה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האמונה שאפשר לטוב לבוא, והכוח להמשיך לפעול לקראתו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🧱 שיתוף פעולה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לומר אמת ולנהוג בהגינות, גם כשאף אחד לא רואה אותנו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🪞 יושר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היכולת להרגיש ולהבין מה עובר על אדם אחר, ולהגיב ברגישות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"גם ________ הארוך ביותר, הבוקר כבר בדרך"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חילזון בתחתית בור בעומק 10 מטרים. ביום הוא מטפס 3 מטרים, ובלילה מחליק 2 מטרים. באיזה יום ייצא מהבור?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לכתוב רשימת "דברים שמחכים לי" · לעודד חבר שעובר זמן קשה · להציב מטרה קטנה ולעשות צעד ראשון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למדתם השבוע על תקווה?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השבוע דבר שנתן לכם תקווה?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תקווה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