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תקווה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"תקווה"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האמונה שאפשר לטוב לבוא, והכוח להמשיך לפעול לקראתו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היכולת להרגיש ולהבין מה עובר על אדם אחר, ולהגיב ברגישות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לעבוד יחד למען מטרה משותפת, כשכל אחד ואחת תורמים את החלק שלהם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לומר אמת ולנהוג בהגינות, גם כשאף אחד לא רואה אותנו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🌈 תקווה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תקווה – האמונה שאפשר לטוב לבוא, והכוח להמשיך לפעול לקראתו.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הקבוצה של אדל הפסידה חמישה משחקים ברצף. כולם רצו לפרוש, אבל המאמנת אמרה: "בואו נבחר דבר אחד קטן להשתפר בו." במשחק השישי הם עדיין הפסידו, אבל רק בנקודה אחת. האם זה ניצחון?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לחכות לטוב לבין לעשות משהו בשבילו?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מי נותן לכם תקווה?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"תקווה"?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לספר סוד של חבר או חברה לכולם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לחשוב כל ערב על דבר טוב למחר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לשמח מישהו עצוב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לצייר משהו שאני מחכה לו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🌈 תקווה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האמונה שאפשר לטוב לבוא, והכוח להמשיך לפעול לקראתו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💞 אמפתיה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לומר אמת ולנהוג בהגינות, גם כשאף אחד לא רואה אותנו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🧱 שיתוף פעולה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היכולת להרגיש ולהבין מה עובר על אדם אחר, ולהגיב ברגישות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🪞 יושר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לעבוד יחד למען מטרה משותפת, כשכל אחד ואחת תורמים את החלק שלהם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"גם ________ הארוך ביותר, הבוקר כבר בדרך"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אני נותן אור, ובכל רגע שאני דולק אני נעשה קצר יותר. מי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לצייר משהו שאני מחכה לו · לחשוב כל ערב על דבר טוב למחר · לשמח מישהו עצוב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למדתם השבוע על תקווה?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השבוע דבר שנתן לכם תקווה?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תקווה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